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81DB"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55E87DC2"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532D5517"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0D26367D"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0E0518CE"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74953D92"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1C6806B9"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5DD6A446"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0E68ECB2"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6A4D2547"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2C9C12F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7A90AFCC"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1BB5210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0EC1674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2CA314A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075C6E6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0003A16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2653092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5A926A11"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3DFBFA7C"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06C54336" w14:textId="77777777" w:rsidR="00913BB3" w:rsidRDefault="00913BB3" w:rsidP="00687C7F">
      <w:pPr>
        <w:jc w:val="both"/>
        <w:rPr>
          <w:rFonts w:asciiTheme="majorBidi" w:hAnsiTheme="majorBidi" w:cstheme="majorBidi"/>
        </w:rPr>
      </w:pPr>
      <w:r>
        <w:rPr>
          <w:rFonts w:asciiTheme="majorBidi" w:hAnsiTheme="majorBidi" w:cstheme="majorBidi"/>
        </w:rPr>
        <w:t>(1)</w:t>
      </w:r>
    </w:p>
    <w:p w14:paraId="58B03220"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7A7FE8B6" w14:textId="77777777" w:rsidR="00687C7F" w:rsidRPr="00687C7F" w:rsidRDefault="00687C7F" w:rsidP="00687C7F">
      <w:pPr>
        <w:jc w:val="both"/>
        <w:rPr>
          <w:rFonts w:asciiTheme="majorBidi" w:hAnsiTheme="majorBidi" w:cstheme="majorBidi"/>
          <w:b/>
          <w:bCs/>
        </w:rPr>
      </w:pPr>
    </w:p>
    <w:p w14:paraId="180F8E52"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27D3B18A"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7F4EB520" w14:textId="77777777" w:rsidR="00687C7F" w:rsidRPr="00687C7F" w:rsidRDefault="00687C7F" w:rsidP="00687C7F">
      <w:pPr>
        <w:jc w:val="both"/>
        <w:rPr>
          <w:rFonts w:asciiTheme="majorBidi" w:hAnsiTheme="majorBidi" w:cstheme="majorBidi"/>
        </w:rPr>
      </w:pPr>
    </w:p>
    <w:p w14:paraId="09877D19" w14:textId="77777777" w:rsidR="00687C7F" w:rsidRPr="00687C7F" w:rsidRDefault="00687C7F" w:rsidP="00687C7F">
      <w:pPr>
        <w:jc w:val="both"/>
        <w:rPr>
          <w:rFonts w:asciiTheme="majorBidi" w:eastAsia="Times New Roman" w:hAnsiTheme="majorBidi" w:cstheme="majorBidi"/>
          <w:b/>
          <w:bCs/>
          <w:sz w:val="22"/>
          <w:lang w:eastAsia="de-DE"/>
        </w:rPr>
      </w:pPr>
    </w:p>
    <w:p w14:paraId="2DD6CDEC"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6A1AFA49"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4A6A62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8413B0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983387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5F172227"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800AB6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CBD0D1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AC612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2B8C2A80"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58612F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2CE5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203EC47"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1355996C"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4727A6"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3C8D92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B3FA2C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55EB7CE1" w14:textId="77777777" w:rsidR="00687C7F" w:rsidRPr="00687C7F" w:rsidRDefault="00687C7F" w:rsidP="00687C7F">
      <w:pPr>
        <w:jc w:val="both"/>
        <w:rPr>
          <w:rFonts w:asciiTheme="majorBidi" w:hAnsiTheme="majorBidi" w:cstheme="majorBidi"/>
        </w:rPr>
      </w:pPr>
    </w:p>
    <w:p w14:paraId="4622A9DE" w14:textId="77777777" w:rsidR="00383F0F" w:rsidRPr="00687C7F" w:rsidRDefault="00383F0F" w:rsidP="00687C7F">
      <w:pPr>
        <w:jc w:val="both"/>
        <w:rPr>
          <w:rFonts w:asciiTheme="majorBidi" w:hAnsiTheme="majorBidi" w:cstheme="majorBidi"/>
        </w:rPr>
      </w:pPr>
    </w:p>
    <w:p w14:paraId="3ADB733B"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16DD8DB6" wp14:editId="4C9240FB">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0FE06026"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2DD550BF" w14:textId="77777777" w:rsidR="00383F0F" w:rsidRPr="00687C7F" w:rsidRDefault="00383F0F" w:rsidP="00687C7F">
      <w:pPr>
        <w:jc w:val="both"/>
        <w:rPr>
          <w:rFonts w:asciiTheme="majorBidi" w:hAnsiTheme="majorBidi" w:cstheme="majorBidi"/>
          <w:b/>
          <w:bCs/>
          <w:sz w:val="22"/>
          <w:szCs w:val="20"/>
        </w:rPr>
      </w:pPr>
    </w:p>
    <w:p w14:paraId="6B87790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473B63A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4C6BC52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5D784DA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6B48C920"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6258C45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02701C4A"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21F9F39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0D029DE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386FB028"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2FC5CC31"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52374F96"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2EF51AE4"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0C1557CD"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29D60514"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128D8D2F"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5B6E1166" w14:textId="77777777" w:rsidR="00E01F49" w:rsidRDefault="00E01F49" w:rsidP="00655BFE">
      <w:pPr>
        <w:jc w:val="both"/>
        <w:rPr>
          <w:rFonts w:asciiTheme="majorBidi" w:hAnsiTheme="majorBidi" w:cstheme="majorBidi"/>
          <w:rtl/>
        </w:rPr>
      </w:pPr>
    </w:p>
    <w:p w14:paraId="289E6147" w14:textId="77777777" w:rsidR="00E01F49" w:rsidRDefault="00E01F49" w:rsidP="00655BFE">
      <w:pPr>
        <w:jc w:val="both"/>
        <w:rPr>
          <w:rFonts w:asciiTheme="majorBidi" w:hAnsiTheme="majorBidi" w:cstheme="majorBidi"/>
          <w:rtl/>
        </w:rPr>
      </w:pPr>
    </w:p>
    <w:p w14:paraId="5F06B7DC" w14:textId="77777777" w:rsidR="00E01F49" w:rsidRDefault="00E01F49" w:rsidP="00655BFE">
      <w:pPr>
        <w:jc w:val="both"/>
        <w:rPr>
          <w:rFonts w:asciiTheme="majorBidi" w:hAnsiTheme="majorBidi" w:cstheme="majorBidi"/>
          <w:rtl/>
        </w:rPr>
      </w:pPr>
    </w:p>
    <w:p w14:paraId="1FC84F50" w14:textId="77777777" w:rsidR="00FB33D3" w:rsidRDefault="00FB33D3" w:rsidP="00655BFE">
      <w:pPr>
        <w:jc w:val="both"/>
        <w:rPr>
          <w:rFonts w:asciiTheme="majorBidi" w:hAnsiTheme="majorBidi" w:cstheme="majorBidi"/>
          <w:rtl/>
        </w:rPr>
      </w:pPr>
    </w:p>
    <w:p w14:paraId="6297621D" w14:textId="77777777" w:rsidR="00FB33D3" w:rsidRDefault="00FB33D3" w:rsidP="00655BFE">
      <w:pPr>
        <w:jc w:val="both"/>
        <w:rPr>
          <w:rFonts w:asciiTheme="majorBidi" w:hAnsiTheme="majorBidi" w:cstheme="majorBidi"/>
          <w:rtl/>
        </w:rPr>
      </w:pPr>
    </w:p>
    <w:p w14:paraId="649BD943" w14:textId="77777777" w:rsidR="00FB33D3" w:rsidRDefault="00FB33D3" w:rsidP="00655BFE">
      <w:pPr>
        <w:jc w:val="both"/>
        <w:rPr>
          <w:rFonts w:asciiTheme="majorBidi" w:hAnsiTheme="majorBidi" w:cstheme="majorBidi"/>
          <w:rtl/>
        </w:rPr>
      </w:pPr>
    </w:p>
    <w:p w14:paraId="49EABA4D" w14:textId="77777777" w:rsidR="00FB33D3" w:rsidRDefault="00FB33D3" w:rsidP="00655BFE">
      <w:pPr>
        <w:jc w:val="both"/>
        <w:rPr>
          <w:rFonts w:asciiTheme="majorBidi" w:hAnsiTheme="majorBidi" w:cstheme="majorBidi"/>
          <w:rtl/>
        </w:rPr>
      </w:pPr>
    </w:p>
    <w:p w14:paraId="4CFA0971" w14:textId="77777777" w:rsidR="00E01F49" w:rsidRDefault="00E01F49" w:rsidP="00655BFE">
      <w:pPr>
        <w:jc w:val="both"/>
        <w:rPr>
          <w:rFonts w:asciiTheme="majorBidi" w:hAnsiTheme="majorBidi" w:cstheme="majorBidi"/>
          <w:rtl/>
        </w:rPr>
      </w:pPr>
    </w:p>
    <w:p w14:paraId="2F491C5A"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74E9182F" w14:textId="77777777" w:rsidTr="00FB50E0">
        <w:trPr>
          <w:trHeight w:val="398"/>
          <w:jc w:val="center"/>
        </w:trPr>
        <w:tc>
          <w:tcPr>
            <w:tcW w:w="2320" w:type="dxa"/>
            <w:vAlign w:val="center"/>
          </w:tcPr>
          <w:p w14:paraId="22D17C8B"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59A39DC9"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57578152" w14:textId="77777777" w:rsidTr="00FB50E0">
        <w:trPr>
          <w:trHeight w:val="377"/>
          <w:jc w:val="center"/>
        </w:trPr>
        <w:tc>
          <w:tcPr>
            <w:tcW w:w="2320" w:type="dxa"/>
            <w:vAlign w:val="center"/>
          </w:tcPr>
          <w:p w14:paraId="2D51C00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3441B207"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758AA4C1" w14:textId="77777777" w:rsidTr="00FB50E0">
        <w:trPr>
          <w:trHeight w:val="377"/>
          <w:jc w:val="center"/>
        </w:trPr>
        <w:tc>
          <w:tcPr>
            <w:tcW w:w="2320" w:type="dxa"/>
            <w:vAlign w:val="center"/>
          </w:tcPr>
          <w:p w14:paraId="53090B4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1D021FCC"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5054A283" w14:textId="77777777" w:rsidTr="00FB50E0">
        <w:trPr>
          <w:trHeight w:val="377"/>
          <w:jc w:val="center"/>
        </w:trPr>
        <w:tc>
          <w:tcPr>
            <w:tcW w:w="2320" w:type="dxa"/>
            <w:vAlign w:val="center"/>
          </w:tcPr>
          <w:p w14:paraId="62DF8389"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33C60FB0"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06FE27B6" w14:textId="77777777" w:rsidTr="00FB50E0">
        <w:trPr>
          <w:trHeight w:val="377"/>
          <w:jc w:val="center"/>
        </w:trPr>
        <w:tc>
          <w:tcPr>
            <w:tcW w:w="2320" w:type="dxa"/>
            <w:vAlign w:val="center"/>
          </w:tcPr>
          <w:p w14:paraId="59EB51A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33A9751A"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49C1C285" w14:textId="77777777" w:rsidTr="00FB50E0">
        <w:trPr>
          <w:trHeight w:val="377"/>
          <w:jc w:val="center"/>
        </w:trPr>
        <w:tc>
          <w:tcPr>
            <w:tcW w:w="2320" w:type="dxa"/>
            <w:vAlign w:val="center"/>
          </w:tcPr>
          <w:p w14:paraId="5F462C9C"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222A3F0E"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4E396CB6" w14:textId="77777777" w:rsidTr="00FB50E0">
        <w:trPr>
          <w:trHeight w:val="377"/>
          <w:jc w:val="center"/>
        </w:trPr>
        <w:tc>
          <w:tcPr>
            <w:tcW w:w="2320" w:type="dxa"/>
            <w:vAlign w:val="center"/>
          </w:tcPr>
          <w:p w14:paraId="2950384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058B5B47"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57B41462" w14:textId="77777777" w:rsidTr="00FB50E0">
        <w:trPr>
          <w:trHeight w:val="377"/>
          <w:jc w:val="center"/>
        </w:trPr>
        <w:tc>
          <w:tcPr>
            <w:tcW w:w="2320" w:type="dxa"/>
            <w:vAlign w:val="center"/>
          </w:tcPr>
          <w:p w14:paraId="0C0C6B9F"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53895CA5"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6957A244" w14:textId="77777777" w:rsidTr="00FB50E0">
        <w:trPr>
          <w:trHeight w:val="377"/>
          <w:jc w:val="center"/>
        </w:trPr>
        <w:tc>
          <w:tcPr>
            <w:tcW w:w="2320" w:type="dxa"/>
            <w:vAlign w:val="center"/>
          </w:tcPr>
          <w:p w14:paraId="327EE9C4"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49DAC8D6"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766BED40" w14:textId="77777777" w:rsidTr="00FB50E0">
        <w:trPr>
          <w:trHeight w:val="377"/>
          <w:jc w:val="center"/>
        </w:trPr>
        <w:tc>
          <w:tcPr>
            <w:tcW w:w="2320" w:type="dxa"/>
            <w:vAlign w:val="center"/>
          </w:tcPr>
          <w:p w14:paraId="61F8F373"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26A0806F"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41987FF1" w14:textId="77777777" w:rsidTr="00FB50E0">
        <w:trPr>
          <w:trHeight w:val="398"/>
          <w:jc w:val="center"/>
        </w:trPr>
        <w:tc>
          <w:tcPr>
            <w:tcW w:w="2320" w:type="dxa"/>
            <w:vAlign w:val="center"/>
          </w:tcPr>
          <w:p w14:paraId="2579A2AB"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46623BAF"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12711273"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F9721" w14:textId="77777777" w:rsidR="0044625B" w:rsidRDefault="0044625B" w:rsidP="00FA7B09">
      <w:pPr>
        <w:spacing w:after="0" w:line="240" w:lineRule="auto"/>
      </w:pPr>
      <w:r>
        <w:separator/>
      </w:r>
    </w:p>
  </w:endnote>
  <w:endnote w:type="continuationSeparator" w:id="0">
    <w:p w14:paraId="245FF750" w14:textId="77777777" w:rsidR="0044625B" w:rsidRDefault="0044625B"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6F0F" w14:textId="77777777" w:rsidR="0044625B" w:rsidRDefault="0044625B" w:rsidP="00FA7B09">
      <w:pPr>
        <w:spacing w:after="0" w:line="240" w:lineRule="auto"/>
      </w:pPr>
      <w:r>
        <w:separator/>
      </w:r>
    </w:p>
  </w:footnote>
  <w:footnote w:type="continuationSeparator" w:id="0">
    <w:p w14:paraId="22BCD8CE" w14:textId="77777777" w:rsidR="0044625B" w:rsidRDefault="0044625B"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A42D" w14:textId="1F691323" w:rsidR="00FA7B09" w:rsidRDefault="00B14176" w:rsidP="00FA7B09">
    <w:pPr>
      <w:pStyle w:val="Header"/>
    </w:pPr>
    <w:r>
      <w:rPr>
        <w:noProof/>
      </w:rPr>
      <w:drawing>
        <wp:anchor distT="0" distB="0" distL="114300" distR="114300" simplePos="0" relativeHeight="251658240" behindDoc="1" locked="0" layoutInCell="1" allowOverlap="1" wp14:anchorId="1D0FEB10" wp14:editId="70B23960">
          <wp:simplePos x="0" y="0"/>
          <wp:positionH relativeFrom="column">
            <wp:posOffset>-1143000</wp:posOffset>
          </wp:positionH>
          <wp:positionV relativeFrom="paragraph">
            <wp:posOffset>-457200</wp:posOffset>
          </wp:positionV>
          <wp:extent cx="7849235" cy="1495425"/>
          <wp:effectExtent l="0" t="0" r="0" b="9525"/>
          <wp:wrapTight wrapText="bothSides">
            <wp:wrapPolygon edited="0">
              <wp:start x="0" y="0"/>
              <wp:lineTo x="0" y="21462"/>
              <wp:lineTo x="21546" y="21462"/>
              <wp:lineTo x="21546"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849235" cy="149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5074B"/>
    <w:rsid w:val="0029639D"/>
    <w:rsid w:val="00326F90"/>
    <w:rsid w:val="00383F0F"/>
    <w:rsid w:val="00404B2F"/>
    <w:rsid w:val="0044625B"/>
    <w:rsid w:val="00655BFE"/>
    <w:rsid w:val="00687C7F"/>
    <w:rsid w:val="00694E62"/>
    <w:rsid w:val="00913BB3"/>
    <w:rsid w:val="009440B3"/>
    <w:rsid w:val="009E4002"/>
    <w:rsid w:val="009E7020"/>
    <w:rsid w:val="00AA1D8D"/>
    <w:rsid w:val="00AD5DF1"/>
    <w:rsid w:val="00B14176"/>
    <w:rsid w:val="00B47730"/>
    <w:rsid w:val="00BA5959"/>
    <w:rsid w:val="00CB0664"/>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380132"/>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icgees.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2026-06-21T11:16:00Z</dcterms:modified>
  <cp:category/>
</cp:coreProperties>
</file>